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2DD4A" w14:textId="77777777" w:rsidR="006F254F" w:rsidRDefault="00000000">
      <w:pPr>
        <w:pStyle w:val="Heading1"/>
        <w:jc w:val="center"/>
      </w:pPr>
      <w:r>
        <w:t>Pre-Session Client Questionnaire</w:t>
      </w:r>
    </w:p>
    <w:p w14:paraId="20601828" w14:textId="77777777" w:rsidR="006F254F" w:rsidRDefault="00000000">
      <w:pPr>
        <w:jc w:val="center"/>
      </w:pPr>
      <w:r>
        <w:t>A Fruitful Home - Christian Coaching &amp; Mentoring for Women</w:t>
      </w:r>
    </w:p>
    <w:p w14:paraId="218B79D2" w14:textId="77777777" w:rsidR="006F254F" w:rsidRDefault="00000000">
      <w:r>
        <w:br/>
        <w:t>Please complete this short questionnaire before your coaching or mentoring session. Your answers will help guide our time together and allow me to better support you in your goals and season of life.</w:t>
      </w:r>
      <w:r>
        <w:br/>
      </w:r>
    </w:p>
    <w:p w14:paraId="7ECD251B" w14:textId="77777777" w:rsidR="006F254F" w:rsidRDefault="00000000">
      <w:r>
        <w:t>1. How have you been doing emotionally and spiritually since our last session?</w:t>
      </w:r>
    </w:p>
    <w:p w14:paraId="1F158960" w14:textId="0D21DF24" w:rsidR="006F254F" w:rsidRDefault="006F254F"/>
    <w:p w14:paraId="029E2B31" w14:textId="677A32B4" w:rsidR="006F254F" w:rsidRDefault="00000000">
      <w:r>
        <w:t>2. Have there been any significant changes, events, or challenges in your life recently?</w:t>
      </w:r>
      <w:r>
        <w:br/>
      </w:r>
    </w:p>
    <w:p w14:paraId="08EBB61E" w14:textId="77777777" w:rsidR="006F254F" w:rsidRDefault="00000000">
      <w:r>
        <w:t>3. What is one thing that has been weighing on your heart or mind lately?</w:t>
      </w:r>
    </w:p>
    <w:p w14:paraId="55B66308" w14:textId="55F8204C" w:rsidR="006F254F" w:rsidRDefault="006F254F"/>
    <w:p w14:paraId="58DFA34F" w14:textId="2AFBD595" w:rsidR="006F254F" w:rsidRDefault="00000000">
      <w:r>
        <w:t xml:space="preserve">4. Have you made progress </w:t>
      </w:r>
      <w:proofErr w:type="gramStart"/>
      <w:r>
        <w:t>on</w:t>
      </w:r>
      <w:proofErr w:type="gramEnd"/>
      <w:r>
        <w:t xml:space="preserve"> any action steps or goals we discussed in our last session? If so, how?</w:t>
      </w:r>
      <w:r>
        <w:br/>
      </w:r>
    </w:p>
    <w:p w14:paraId="1688EB36" w14:textId="77777777" w:rsidR="006F254F" w:rsidRDefault="00000000">
      <w:r>
        <w:t>5. Are there any areas where you feel stuck, discouraged, or unsure?</w:t>
      </w:r>
    </w:p>
    <w:p w14:paraId="1DB44478" w14:textId="1A3D8408" w:rsidR="006F254F" w:rsidRDefault="006F254F"/>
    <w:p w14:paraId="27B37EDF" w14:textId="77777777" w:rsidR="006F254F" w:rsidRDefault="00000000">
      <w:r>
        <w:t>6. What would you like to focus on in this upcoming session?</w:t>
      </w:r>
    </w:p>
    <w:p w14:paraId="2C16EB3C" w14:textId="44FEE4A6" w:rsidR="006F254F" w:rsidRDefault="006F254F"/>
    <w:p w14:paraId="0982762F" w14:textId="0196818F" w:rsidR="006F254F" w:rsidRDefault="00000000">
      <w:r>
        <w:t>7. Are there any Scriptures, books, or sermons that have impacted you recently?</w:t>
      </w:r>
      <w:r>
        <w:br/>
      </w:r>
    </w:p>
    <w:p w14:paraId="2F9EDAF6" w14:textId="05F508D8" w:rsidR="006F254F" w:rsidRDefault="00000000">
      <w:r>
        <w:t xml:space="preserve">8. What are you praying </w:t>
      </w:r>
      <w:proofErr w:type="gramStart"/>
      <w:r>
        <w:t>for in</w:t>
      </w:r>
      <w:proofErr w:type="gramEnd"/>
      <w:r>
        <w:t xml:space="preserve"> this season?</w:t>
      </w:r>
      <w:r>
        <w:br/>
      </w:r>
    </w:p>
    <w:p w14:paraId="29F4563A" w14:textId="2460FB4C" w:rsidR="006F254F" w:rsidRDefault="00000000">
      <w:r>
        <w:t>9. How can I support you specifically in this session (prayer, accountability, new ideas, encouragement, etc.)?</w:t>
      </w:r>
      <w:r>
        <w:br/>
      </w:r>
    </w:p>
    <w:p w14:paraId="1FA4090C" w14:textId="379553C1" w:rsidR="006F254F" w:rsidRDefault="00000000">
      <w:r>
        <w:t>10. Is there anything else you’d like me to know before we meet?</w:t>
      </w:r>
      <w:r>
        <w:br/>
      </w:r>
    </w:p>
    <w:sectPr w:rsidR="006F254F"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74507684">
    <w:abstractNumId w:val="8"/>
  </w:num>
  <w:num w:numId="2" w16cid:durableId="813831829">
    <w:abstractNumId w:val="6"/>
  </w:num>
  <w:num w:numId="3" w16cid:durableId="266350254">
    <w:abstractNumId w:val="5"/>
  </w:num>
  <w:num w:numId="4" w16cid:durableId="350497751">
    <w:abstractNumId w:val="4"/>
  </w:num>
  <w:num w:numId="5" w16cid:durableId="1382630860">
    <w:abstractNumId w:val="7"/>
  </w:num>
  <w:num w:numId="6" w16cid:durableId="814222172">
    <w:abstractNumId w:val="3"/>
  </w:num>
  <w:num w:numId="7" w16cid:durableId="986938617">
    <w:abstractNumId w:val="2"/>
  </w:num>
  <w:num w:numId="8" w16cid:durableId="1381440343">
    <w:abstractNumId w:val="1"/>
  </w:num>
  <w:num w:numId="9" w16cid:durableId="5682704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6030FA"/>
    <w:rsid w:val="006F254F"/>
    <w:rsid w:val="0071056A"/>
    <w:rsid w:val="009E1D97"/>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0F8D748"/>
  <w14:defaultImageDpi w14:val="300"/>
  <w15:docId w15:val="{DC321138-E931-4B68-A35A-CBB272A4B2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185</Words>
  <Characters>893</Characters>
  <Application>Microsoft Office Word</Application>
  <DocSecurity>0</DocSecurity>
  <Lines>28</Lines>
  <Paragraphs>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1064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Jaclyn Tyner</cp:lastModifiedBy>
  <cp:revision>2</cp:revision>
  <dcterms:created xsi:type="dcterms:W3CDTF">2025-06-06T18:55:00Z</dcterms:created>
  <dcterms:modified xsi:type="dcterms:W3CDTF">2025-06-06T18:55:00Z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bf1f82b6-9eeb-4518-8daa-861ef12adb21</vt:lpwstr>
  </property>
</Properties>
</file>